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D2C2FC" w14:textId="77777777" w:rsidR="00D535CD" w:rsidRPr="008D3163" w:rsidRDefault="00000000">
      <w:pPr>
        <w:jc w:val="center"/>
        <w:rPr>
          <w:lang w:val="sv-SE"/>
        </w:rPr>
      </w:pPr>
      <w:r w:rsidRPr="008D3163">
        <w:rPr>
          <w:b/>
          <w:sz w:val="36"/>
          <w:lang w:val="sv-SE"/>
        </w:rPr>
        <w:t>RÖDS-RADHUS SAMFÄLLIGHETSFÖRENING (</w:t>
      </w:r>
      <w:proofErr w:type="spellStart"/>
      <w:r w:rsidRPr="008D3163">
        <w:rPr>
          <w:b/>
          <w:sz w:val="36"/>
          <w:lang w:val="sv-SE"/>
        </w:rPr>
        <w:t>RRSF</w:t>
      </w:r>
      <w:proofErr w:type="spellEnd"/>
      <w:r w:rsidRPr="008D3163">
        <w:rPr>
          <w:b/>
          <w:sz w:val="36"/>
          <w:lang w:val="sv-SE"/>
        </w:rPr>
        <w:t>)</w:t>
      </w:r>
    </w:p>
    <w:p w14:paraId="468F08B3" w14:textId="77777777" w:rsidR="00D535CD" w:rsidRPr="008D3163" w:rsidRDefault="00000000">
      <w:pPr>
        <w:jc w:val="center"/>
        <w:rPr>
          <w:lang w:val="sv-SE"/>
        </w:rPr>
      </w:pPr>
      <w:r w:rsidRPr="008D3163">
        <w:rPr>
          <w:b/>
          <w:sz w:val="28"/>
          <w:lang w:val="sv-SE"/>
        </w:rPr>
        <w:t>FLYTT-/FÖRSÄLJNINGSANMÄLAN</w:t>
      </w:r>
    </w:p>
    <w:p w14:paraId="784D9BFB" w14:textId="77777777" w:rsidR="00D535CD" w:rsidRPr="008D3163" w:rsidRDefault="00000000">
      <w:pPr>
        <w:rPr>
          <w:lang w:val="sv-SE"/>
        </w:rPr>
      </w:pPr>
      <w:r w:rsidRPr="008D3163">
        <w:rPr>
          <w:lang w:val="sv-SE"/>
        </w:rPr>
        <w:t>Enligt våra stadgar och ordningsregler är den som säljer sin fastighet och flyttar från området betalningsansvarig för alla avgifter till föreningen till dess att den nye ägaren registrerats som medlem i samfällighetsföreningen.</w:t>
      </w:r>
    </w:p>
    <w:p w14:paraId="5465EE09" w14:textId="77777777" w:rsidR="00D535CD" w:rsidRPr="008D3163" w:rsidRDefault="00000000">
      <w:pPr>
        <w:rPr>
          <w:lang w:val="sv-SE"/>
        </w:rPr>
      </w:pPr>
      <w:r w:rsidRPr="008D3163">
        <w:rPr>
          <w:lang w:val="sv-SE"/>
        </w:rPr>
        <w:t>Fakturering av medlemsavgift sker månadsvis. Bredband 500/500 ingår. Säljare och köpare ansvarar gemensamt för överenskommelse kring när betalningsskyldigheten övergår till köparen.</w:t>
      </w:r>
    </w:p>
    <w:p w14:paraId="6569A0DD" w14:textId="77777777" w:rsidR="00D535CD" w:rsidRPr="008D3163" w:rsidRDefault="00000000">
      <w:pPr>
        <w:rPr>
          <w:lang w:val="sv-SE"/>
        </w:rPr>
      </w:pPr>
      <w:r w:rsidRPr="008D3163">
        <w:rPr>
          <w:lang w:val="sv-SE"/>
        </w:rPr>
        <w:t>Den som flyttar ska i god tid meddela styrelsen när avflyttning ska ske så att medlemsregister och debiteringslängd kan uppdateras.</w:t>
      </w:r>
    </w:p>
    <w:p w14:paraId="204D3712" w14:textId="77777777" w:rsidR="00D535CD" w:rsidRPr="008D3163" w:rsidRDefault="00000000">
      <w:pPr>
        <w:rPr>
          <w:lang w:val="sv-SE"/>
        </w:rPr>
      </w:pPr>
      <w:r w:rsidRPr="008D3163">
        <w:rPr>
          <w:b/>
          <w:lang w:val="sv-SE"/>
        </w:rPr>
        <w:t>Säljaren ansvarar för att överlämna följande till den nye ägaren:</w:t>
      </w:r>
    </w:p>
    <w:p w14:paraId="4D467FE3" w14:textId="77777777" w:rsidR="00D535CD" w:rsidRDefault="00000000">
      <w:pPr>
        <w:pStyle w:val="Punktlista"/>
      </w:pPr>
      <w:proofErr w:type="spellStart"/>
      <w:r>
        <w:t>Tvättkort</w:t>
      </w:r>
      <w:proofErr w:type="spellEnd"/>
      <w:r>
        <w:t xml:space="preserve"> (MIELE)</w:t>
      </w:r>
    </w:p>
    <w:p w14:paraId="24A4F2D8" w14:textId="77777777" w:rsidR="00D535CD" w:rsidRPr="008D3163" w:rsidRDefault="00000000">
      <w:pPr>
        <w:pStyle w:val="Punktlista"/>
        <w:rPr>
          <w:lang w:val="sv-SE"/>
        </w:rPr>
      </w:pPr>
      <w:r w:rsidRPr="008D3163">
        <w:rPr>
          <w:lang w:val="sv-SE"/>
        </w:rPr>
        <w:t xml:space="preserve">Nycklar till allmänna utrymmen och </w:t>
      </w:r>
      <w:proofErr w:type="spellStart"/>
      <w:r w:rsidRPr="008D3163">
        <w:rPr>
          <w:lang w:val="sv-SE"/>
        </w:rPr>
        <w:t>moloker</w:t>
      </w:r>
      <w:proofErr w:type="spellEnd"/>
    </w:p>
    <w:p w14:paraId="670517F7" w14:textId="77777777" w:rsidR="00D535CD" w:rsidRPr="008D3163" w:rsidRDefault="00000000">
      <w:pPr>
        <w:pStyle w:val="Punktlista"/>
        <w:rPr>
          <w:lang w:val="sv-SE"/>
        </w:rPr>
      </w:pPr>
      <w:r w:rsidRPr="008D3163">
        <w:rPr>
          <w:lang w:val="sv-SE"/>
        </w:rPr>
        <w:t>Fjärrkontroll till garage/port inklusive eventuell kod</w:t>
      </w:r>
    </w:p>
    <w:p w14:paraId="49755438" w14:textId="77777777" w:rsidR="00D535CD" w:rsidRPr="008D3163" w:rsidRDefault="00000000">
      <w:pPr>
        <w:pStyle w:val="Punktlista"/>
        <w:rPr>
          <w:lang w:val="sv-SE"/>
        </w:rPr>
      </w:pPr>
      <w:proofErr w:type="gramStart"/>
      <w:r w:rsidRPr="008D3163">
        <w:rPr>
          <w:lang w:val="sv-SE"/>
        </w:rPr>
        <w:t>2 st.</w:t>
      </w:r>
      <w:proofErr w:type="gramEnd"/>
      <w:r w:rsidRPr="008D3163">
        <w:rPr>
          <w:lang w:val="sv-SE"/>
        </w:rPr>
        <w:t xml:space="preserve"> TV-boxar med fjärrkontroller samt 1 st. router</w:t>
      </w:r>
    </w:p>
    <w:p w14:paraId="352CBAFE" w14:textId="77777777" w:rsidR="00D535CD" w:rsidRPr="008D3163" w:rsidRDefault="00000000">
      <w:pPr>
        <w:pStyle w:val="Punktlista"/>
        <w:rPr>
          <w:lang w:val="sv-SE"/>
        </w:rPr>
      </w:pPr>
      <w:r w:rsidRPr="008D3163">
        <w:rPr>
          <w:lang w:val="sv-SE"/>
        </w:rPr>
        <w:t xml:space="preserve">Information om </w:t>
      </w:r>
      <w:proofErr w:type="spellStart"/>
      <w:r w:rsidRPr="008D3163">
        <w:rPr>
          <w:lang w:val="sv-SE"/>
        </w:rPr>
        <w:t>RRSF:s</w:t>
      </w:r>
      <w:proofErr w:type="spellEnd"/>
      <w:r w:rsidRPr="008D3163">
        <w:rPr>
          <w:lang w:val="sv-SE"/>
        </w:rPr>
        <w:t xml:space="preserve"> hemsida: www.rodsradhus.net</w:t>
      </w:r>
    </w:p>
    <w:p w14:paraId="100E632A" w14:textId="77777777" w:rsidR="00D535CD" w:rsidRPr="008D3163" w:rsidRDefault="00000000">
      <w:pPr>
        <w:rPr>
          <w:lang w:val="sv-SE"/>
        </w:rPr>
      </w:pPr>
      <w:r w:rsidRPr="008D3163">
        <w:rPr>
          <w:lang w:val="sv-SE"/>
        </w:rPr>
        <w:t>Ny medlem kan registrera sina uppgifter digitalt via QR-koden nedan eller fylla i den manuella blanketten och lämna den i postlådan vid lokalen på Röds Jupiterstig 27.</w:t>
      </w:r>
    </w:p>
    <w:p w14:paraId="12FF0147" w14:textId="77777777" w:rsidR="00D535CD" w:rsidRDefault="00000000">
      <w:pPr>
        <w:jc w:val="center"/>
      </w:pPr>
      <w:r>
        <w:rPr>
          <w:b/>
        </w:rPr>
        <w:t xml:space="preserve">DIGITAL </w:t>
      </w:r>
      <w:proofErr w:type="spellStart"/>
      <w:r>
        <w:rPr>
          <w:b/>
        </w:rPr>
        <w:t>REGISTRERING</w:t>
      </w:r>
      <w:proofErr w:type="spellEnd"/>
    </w:p>
    <w:p w14:paraId="5BE0AB0D" w14:textId="77777777" w:rsidR="00D535CD" w:rsidRDefault="00000000">
      <w:pPr>
        <w:jc w:val="center"/>
      </w:pPr>
      <w:r>
        <w:rPr>
          <w:noProof/>
        </w:rPr>
        <w:drawing>
          <wp:inline distT="0" distB="0" distL="0" distR="0" wp14:anchorId="48894CCC" wp14:editId="56540360">
            <wp:extent cx="1440000" cy="1440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_qr_rrsf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400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0EFCA5" w14:textId="77777777" w:rsidR="00D535CD" w:rsidRDefault="00000000">
      <w:pPr>
        <w:jc w:val="center"/>
      </w:pPr>
      <w:r>
        <w:t>https://docs.google.com/forms/d/e/1FAIpQLSf7_-M-aKte_rArd231HILrNX58NBcZW8Btklhj1ISrtH4T1g/viewform?usp=pp_url</w:t>
      </w:r>
    </w:p>
    <w:p w14:paraId="3AFF2780" w14:textId="77777777" w:rsidR="00D535CD" w:rsidRDefault="00000000">
      <w:r>
        <w:br w:type="page"/>
      </w:r>
    </w:p>
    <w:p w14:paraId="699B2001" w14:textId="77777777" w:rsidR="00D535CD" w:rsidRPr="008D3163" w:rsidRDefault="00000000">
      <w:pPr>
        <w:jc w:val="center"/>
        <w:rPr>
          <w:lang w:val="sv-SE"/>
        </w:rPr>
      </w:pPr>
      <w:r w:rsidRPr="008D3163">
        <w:rPr>
          <w:b/>
          <w:sz w:val="28"/>
          <w:lang w:val="sv-SE"/>
        </w:rPr>
        <w:lastRenderedPageBreak/>
        <w:t xml:space="preserve">MANUELL REGISTRERING – KONTAKTUPPGIFTER FÖR MEDLEMMAR I </w:t>
      </w:r>
      <w:proofErr w:type="spellStart"/>
      <w:r w:rsidRPr="008D3163">
        <w:rPr>
          <w:b/>
          <w:sz w:val="28"/>
          <w:lang w:val="sv-SE"/>
        </w:rPr>
        <w:t>RRSF</w:t>
      </w:r>
      <w:proofErr w:type="spellEnd"/>
    </w:p>
    <w:p w14:paraId="7F27C3A4" w14:textId="77777777" w:rsidR="00D535CD" w:rsidRPr="008D3163" w:rsidRDefault="00000000">
      <w:pPr>
        <w:rPr>
          <w:lang w:val="sv-SE"/>
        </w:rPr>
      </w:pPr>
      <w:r w:rsidRPr="008D3163">
        <w:rPr>
          <w:lang w:val="sv-SE"/>
        </w:rPr>
        <w:t>Adress (Ex. Röds Jupiterstig 27) *</w:t>
      </w:r>
    </w:p>
    <w:p w14:paraId="33895F64" w14:textId="77777777" w:rsidR="00D535CD" w:rsidRPr="008D3163" w:rsidRDefault="00000000">
      <w:pPr>
        <w:rPr>
          <w:lang w:val="sv-SE"/>
        </w:rPr>
      </w:pPr>
      <w:r w:rsidRPr="008D3163">
        <w:rPr>
          <w:lang w:val="sv-SE"/>
        </w:rPr>
        <w:t>_____________________________________________________________</w:t>
      </w:r>
    </w:p>
    <w:p w14:paraId="381D6010" w14:textId="77777777" w:rsidR="00D535CD" w:rsidRPr="008D3163" w:rsidRDefault="00D535CD">
      <w:pPr>
        <w:rPr>
          <w:lang w:val="sv-SE"/>
        </w:rPr>
      </w:pPr>
    </w:p>
    <w:p w14:paraId="59FB0C65" w14:textId="77777777" w:rsidR="00D535CD" w:rsidRPr="008D3163" w:rsidRDefault="00000000">
      <w:pPr>
        <w:rPr>
          <w:lang w:val="sv-SE"/>
        </w:rPr>
      </w:pPr>
      <w:r w:rsidRPr="008D3163">
        <w:rPr>
          <w:lang w:val="sv-SE"/>
        </w:rPr>
        <w:t>Fastighetsbeteckning *</w:t>
      </w:r>
    </w:p>
    <w:p w14:paraId="0F175C94" w14:textId="77777777" w:rsidR="00D535CD" w:rsidRPr="008D3163" w:rsidRDefault="00000000">
      <w:pPr>
        <w:rPr>
          <w:lang w:val="sv-SE"/>
        </w:rPr>
      </w:pPr>
      <w:r w:rsidRPr="008D3163">
        <w:rPr>
          <w:lang w:val="sv-SE"/>
        </w:rPr>
        <w:t>_____________________________________________________________</w:t>
      </w:r>
    </w:p>
    <w:p w14:paraId="51EFBBA7" w14:textId="77777777" w:rsidR="00D535CD" w:rsidRPr="008D3163" w:rsidRDefault="00D535CD">
      <w:pPr>
        <w:rPr>
          <w:lang w:val="sv-SE"/>
        </w:rPr>
      </w:pPr>
    </w:p>
    <w:p w14:paraId="74FEE7DB" w14:textId="77777777" w:rsidR="00D535CD" w:rsidRPr="008D3163" w:rsidRDefault="00000000">
      <w:pPr>
        <w:rPr>
          <w:lang w:val="sv-SE"/>
        </w:rPr>
      </w:pPr>
      <w:r w:rsidRPr="008D3163">
        <w:rPr>
          <w:b/>
          <w:lang w:val="sv-SE"/>
        </w:rPr>
        <w:t>PERSON 1</w:t>
      </w:r>
    </w:p>
    <w:p w14:paraId="7211B5DD" w14:textId="77777777" w:rsidR="00D535CD" w:rsidRPr="008D3163" w:rsidRDefault="00000000">
      <w:pPr>
        <w:rPr>
          <w:lang w:val="sv-SE"/>
        </w:rPr>
      </w:pPr>
      <w:r w:rsidRPr="008D3163">
        <w:rPr>
          <w:lang w:val="sv-SE"/>
        </w:rPr>
        <w:t>Förnamn &amp; Efternamn *</w:t>
      </w:r>
    </w:p>
    <w:p w14:paraId="2C7AE27C" w14:textId="77777777" w:rsidR="00D535CD" w:rsidRPr="008D3163" w:rsidRDefault="00000000">
      <w:pPr>
        <w:rPr>
          <w:lang w:val="sv-SE"/>
        </w:rPr>
      </w:pPr>
      <w:r w:rsidRPr="008D3163">
        <w:rPr>
          <w:lang w:val="sv-SE"/>
        </w:rPr>
        <w:t>_____________________________________________________________</w:t>
      </w:r>
    </w:p>
    <w:p w14:paraId="014F8AFD" w14:textId="77777777" w:rsidR="00D535CD" w:rsidRPr="008D3163" w:rsidRDefault="00D535CD">
      <w:pPr>
        <w:rPr>
          <w:lang w:val="sv-SE"/>
        </w:rPr>
      </w:pPr>
    </w:p>
    <w:p w14:paraId="6393BA84" w14:textId="77777777" w:rsidR="00D535CD" w:rsidRPr="008D3163" w:rsidRDefault="00000000">
      <w:pPr>
        <w:rPr>
          <w:lang w:val="sv-SE"/>
        </w:rPr>
      </w:pPr>
      <w:r w:rsidRPr="008D3163">
        <w:rPr>
          <w:lang w:val="sv-SE"/>
        </w:rPr>
        <w:t>Mailadress (ange privat mailadress) *</w:t>
      </w:r>
    </w:p>
    <w:p w14:paraId="3567330C" w14:textId="77777777" w:rsidR="00D535CD" w:rsidRPr="008D3163" w:rsidRDefault="00000000">
      <w:pPr>
        <w:rPr>
          <w:lang w:val="sv-SE"/>
        </w:rPr>
      </w:pPr>
      <w:r w:rsidRPr="008D3163">
        <w:rPr>
          <w:lang w:val="sv-SE"/>
        </w:rPr>
        <w:t>_____________________________________________________________</w:t>
      </w:r>
    </w:p>
    <w:p w14:paraId="531E112D" w14:textId="77777777" w:rsidR="00D535CD" w:rsidRPr="008D3163" w:rsidRDefault="00D535CD">
      <w:pPr>
        <w:rPr>
          <w:lang w:val="sv-SE"/>
        </w:rPr>
      </w:pPr>
    </w:p>
    <w:p w14:paraId="4385BF91" w14:textId="77777777" w:rsidR="00D535CD" w:rsidRPr="008D3163" w:rsidRDefault="00000000">
      <w:pPr>
        <w:rPr>
          <w:lang w:val="sv-SE"/>
        </w:rPr>
      </w:pPr>
      <w:r w:rsidRPr="008D3163">
        <w:rPr>
          <w:lang w:val="sv-SE"/>
        </w:rPr>
        <w:t>Personnummer (</w:t>
      </w:r>
      <w:proofErr w:type="spellStart"/>
      <w:r w:rsidRPr="008D3163">
        <w:rPr>
          <w:lang w:val="sv-SE"/>
        </w:rPr>
        <w:t>ÅÅÅÅMMDD-XXXX</w:t>
      </w:r>
      <w:proofErr w:type="spellEnd"/>
      <w:r w:rsidRPr="008D3163">
        <w:rPr>
          <w:lang w:val="sv-SE"/>
        </w:rPr>
        <w:t>) *</w:t>
      </w:r>
    </w:p>
    <w:p w14:paraId="7D12FDCE" w14:textId="77777777" w:rsidR="00D535CD" w:rsidRPr="008D3163" w:rsidRDefault="00000000">
      <w:pPr>
        <w:rPr>
          <w:lang w:val="sv-SE"/>
        </w:rPr>
      </w:pPr>
      <w:r w:rsidRPr="008D3163">
        <w:rPr>
          <w:lang w:val="sv-SE"/>
        </w:rPr>
        <w:t>_____________________________________________________________</w:t>
      </w:r>
    </w:p>
    <w:p w14:paraId="5C9FC9C3" w14:textId="77777777" w:rsidR="00D535CD" w:rsidRPr="008D3163" w:rsidRDefault="00D535CD">
      <w:pPr>
        <w:rPr>
          <w:lang w:val="sv-SE"/>
        </w:rPr>
      </w:pPr>
    </w:p>
    <w:p w14:paraId="790C167A" w14:textId="77777777" w:rsidR="00D535CD" w:rsidRPr="008D3163" w:rsidRDefault="00000000">
      <w:pPr>
        <w:rPr>
          <w:lang w:val="sv-SE"/>
        </w:rPr>
      </w:pPr>
      <w:r w:rsidRPr="008D3163">
        <w:rPr>
          <w:lang w:val="sv-SE"/>
        </w:rPr>
        <w:t>Telefonnummer (070XXXXXXX) *</w:t>
      </w:r>
    </w:p>
    <w:p w14:paraId="5FC741F3" w14:textId="77777777" w:rsidR="00D535CD" w:rsidRPr="008D3163" w:rsidRDefault="00000000">
      <w:pPr>
        <w:rPr>
          <w:lang w:val="sv-SE"/>
        </w:rPr>
      </w:pPr>
      <w:r w:rsidRPr="008D3163">
        <w:rPr>
          <w:lang w:val="sv-SE"/>
        </w:rPr>
        <w:t>_____________________________________________________________</w:t>
      </w:r>
    </w:p>
    <w:p w14:paraId="7A39FC63" w14:textId="77777777" w:rsidR="00D535CD" w:rsidRPr="008D3163" w:rsidRDefault="00D535CD">
      <w:pPr>
        <w:rPr>
          <w:lang w:val="sv-SE"/>
        </w:rPr>
      </w:pPr>
    </w:p>
    <w:p w14:paraId="1D945E80" w14:textId="77777777" w:rsidR="00D535CD" w:rsidRPr="008D3163" w:rsidRDefault="00000000">
      <w:pPr>
        <w:rPr>
          <w:lang w:val="sv-SE"/>
        </w:rPr>
      </w:pPr>
      <w:r w:rsidRPr="008D3163">
        <w:rPr>
          <w:lang w:val="sv-SE"/>
        </w:rPr>
        <w:t>Önskat användarnamn &amp; lösenord till hemsidan *</w:t>
      </w:r>
    </w:p>
    <w:p w14:paraId="5FFA03C7" w14:textId="77777777" w:rsidR="00D535CD" w:rsidRPr="008D3163" w:rsidRDefault="00000000">
      <w:pPr>
        <w:rPr>
          <w:lang w:val="sv-SE"/>
        </w:rPr>
      </w:pPr>
      <w:r w:rsidRPr="008D3163">
        <w:rPr>
          <w:lang w:val="sv-SE"/>
        </w:rPr>
        <w:t>_____________________________________________________________</w:t>
      </w:r>
    </w:p>
    <w:p w14:paraId="156FDABD" w14:textId="77777777" w:rsidR="00D535CD" w:rsidRPr="008D3163" w:rsidRDefault="00000000">
      <w:pPr>
        <w:rPr>
          <w:lang w:val="sv-SE"/>
        </w:rPr>
      </w:pPr>
      <w:r w:rsidRPr="008D3163">
        <w:rPr>
          <w:lang w:val="sv-SE"/>
        </w:rPr>
        <w:t>Format: Användare / Lösenord</w:t>
      </w:r>
    </w:p>
    <w:p w14:paraId="7F273848" w14:textId="77777777" w:rsidR="00D535CD" w:rsidRDefault="00D535CD">
      <w:pPr>
        <w:rPr>
          <w:lang w:val="sv-SE"/>
        </w:rPr>
      </w:pPr>
    </w:p>
    <w:p w14:paraId="77723155" w14:textId="77777777" w:rsidR="008D3163" w:rsidRDefault="008D3163">
      <w:pPr>
        <w:rPr>
          <w:lang w:val="sv-SE"/>
        </w:rPr>
      </w:pPr>
    </w:p>
    <w:p w14:paraId="68C096A8" w14:textId="77777777" w:rsidR="008D3163" w:rsidRDefault="008D3163">
      <w:pPr>
        <w:rPr>
          <w:lang w:val="sv-SE"/>
        </w:rPr>
      </w:pPr>
    </w:p>
    <w:p w14:paraId="76FE17DA" w14:textId="77777777" w:rsidR="008D3163" w:rsidRPr="008D3163" w:rsidRDefault="008D3163">
      <w:pPr>
        <w:rPr>
          <w:lang w:val="sv-SE"/>
        </w:rPr>
      </w:pPr>
    </w:p>
    <w:p w14:paraId="1EA72821" w14:textId="77777777" w:rsidR="00D535CD" w:rsidRPr="008D3163" w:rsidRDefault="00000000">
      <w:pPr>
        <w:rPr>
          <w:lang w:val="sv-SE"/>
        </w:rPr>
      </w:pPr>
      <w:r w:rsidRPr="008D3163">
        <w:rPr>
          <w:b/>
          <w:lang w:val="sv-SE"/>
        </w:rPr>
        <w:lastRenderedPageBreak/>
        <w:t>PERSON 2</w:t>
      </w:r>
    </w:p>
    <w:p w14:paraId="0DBB4B24" w14:textId="77777777" w:rsidR="00D535CD" w:rsidRPr="008D3163" w:rsidRDefault="00000000">
      <w:pPr>
        <w:rPr>
          <w:lang w:val="sv-SE"/>
        </w:rPr>
      </w:pPr>
      <w:r w:rsidRPr="008D3163">
        <w:rPr>
          <w:lang w:val="sv-SE"/>
        </w:rPr>
        <w:t>Förnamn &amp; Efternamn *</w:t>
      </w:r>
    </w:p>
    <w:p w14:paraId="653E4CB0" w14:textId="77777777" w:rsidR="00D535CD" w:rsidRPr="008D3163" w:rsidRDefault="00000000">
      <w:pPr>
        <w:rPr>
          <w:lang w:val="sv-SE"/>
        </w:rPr>
      </w:pPr>
      <w:r w:rsidRPr="008D3163">
        <w:rPr>
          <w:lang w:val="sv-SE"/>
        </w:rPr>
        <w:t>_____________________________________________________________</w:t>
      </w:r>
    </w:p>
    <w:p w14:paraId="2210E703" w14:textId="77777777" w:rsidR="00D535CD" w:rsidRPr="008D3163" w:rsidRDefault="00D535CD">
      <w:pPr>
        <w:rPr>
          <w:lang w:val="sv-SE"/>
        </w:rPr>
      </w:pPr>
    </w:p>
    <w:p w14:paraId="7D7B2737" w14:textId="77777777" w:rsidR="00D535CD" w:rsidRPr="008D3163" w:rsidRDefault="00000000">
      <w:pPr>
        <w:rPr>
          <w:lang w:val="sv-SE"/>
        </w:rPr>
      </w:pPr>
      <w:r w:rsidRPr="008D3163">
        <w:rPr>
          <w:lang w:val="sv-SE"/>
        </w:rPr>
        <w:t>Mailadress (ange privat mailadress) *</w:t>
      </w:r>
    </w:p>
    <w:p w14:paraId="789C73F8" w14:textId="77777777" w:rsidR="00D535CD" w:rsidRPr="008D3163" w:rsidRDefault="00000000">
      <w:pPr>
        <w:rPr>
          <w:lang w:val="sv-SE"/>
        </w:rPr>
      </w:pPr>
      <w:r w:rsidRPr="008D3163">
        <w:rPr>
          <w:lang w:val="sv-SE"/>
        </w:rPr>
        <w:t>_____________________________________________________________</w:t>
      </w:r>
    </w:p>
    <w:p w14:paraId="2519EF33" w14:textId="77777777" w:rsidR="00D535CD" w:rsidRPr="008D3163" w:rsidRDefault="00D535CD">
      <w:pPr>
        <w:rPr>
          <w:lang w:val="sv-SE"/>
        </w:rPr>
      </w:pPr>
    </w:p>
    <w:p w14:paraId="6EFA45FA" w14:textId="77777777" w:rsidR="00D535CD" w:rsidRPr="008D3163" w:rsidRDefault="00000000">
      <w:pPr>
        <w:rPr>
          <w:lang w:val="sv-SE"/>
        </w:rPr>
      </w:pPr>
      <w:r w:rsidRPr="008D3163">
        <w:rPr>
          <w:lang w:val="sv-SE"/>
        </w:rPr>
        <w:t>Personnummer (</w:t>
      </w:r>
      <w:proofErr w:type="spellStart"/>
      <w:r w:rsidRPr="008D3163">
        <w:rPr>
          <w:lang w:val="sv-SE"/>
        </w:rPr>
        <w:t>ÅÅÅÅMMDD-XXXX</w:t>
      </w:r>
      <w:proofErr w:type="spellEnd"/>
      <w:r w:rsidRPr="008D3163">
        <w:rPr>
          <w:lang w:val="sv-SE"/>
        </w:rPr>
        <w:t>) *</w:t>
      </w:r>
    </w:p>
    <w:p w14:paraId="125B687B" w14:textId="77777777" w:rsidR="00D535CD" w:rsidRPr="008D3163" w:rsidRDefault="00000000">
      <w:pPr>
        <w:rPr>
          <w:lang w:val="sv-SE"/>
        </w:rPr>
      </w:pPr>
      <w:r w:rsidRPr="008D3163">
        <w:rPr>
          <w:lang w:val="sv-SE"/>
        </w:rPr>
        <w:t>_____________________________________________________________</w:t>
      </w:r>
    </w:p>
    <w:p w14:paraId="57C3F672" w14:textId="77777777" w:rsidR="00D535CD" w:rsidRPr="008D3163" w:rsidRDefault="00D535CD">
      <w:pPr>
        <w:rPr>
          <w:lang w:val="sv-SE"/>
        </w:rPr>
      </w:pPr>
    </w:p>
    <w:p w14:paraId="13D2635C" w14:textId="77777777" w:rsidR="00D535CD" w:rsidRPr="008D3163" w:rsidRDefault="00000000">
      <w:pPr>
        <w:rPr>
          <w:lang w:val="sv-SE"/>
        </w:rPr>
      </w:pPr>
      <w:r w:rsidRPr="008D3163">
        <w:rPr>
          <w:lang w:val="sv-SE"/>
        </w:rPr>
        <w:t>Telefonnummer (070XXXXXXX) *</w:t>
      </w:r>
    </w:p>
    <w:p w14:paraId="093A8223" w14:textId="77777777" w:rsidR="00D535CD" w:rsidRPr="008D3163" w:rsidRDefault="00000000">
      <w:pPr>
        <w:rPr>
          <w:lang w:val="sv-SE"/>
        </w:rPr>
      </w:pPr>
      <w:r w:rsidRPr="008D3163">
        <w:rPr>
          <w:lang w:val="sv-SE"/>
        </w:rPr>
        <w:t>_____________________________________________________________</w:t>
      </w:r>
    </w:p>
    <w:p w14:paraId="249F37A8" w14:textId="77777777" w:rsidR="00D535CD" w:rsidRPr="008D3163" w:rsidRDefault="00D535CD">
      <w:pPr>
        <w:rPr>
          <w:lang w:val="sv-SE"/>
        </w:rPr>
      </w:pPr>
    </w:p>
    <w:p w14:paraId="0B26F1B0" w14:textId="77777777" w:rsidR="00D535CD" w:rsidRPr="008D3163" w:rsidRDefault="00000000">
      <w:pPr>
        <w:rPr>
          <w:lang w:val="sv-SE"/>
        </w:rPr>
      </w:pPr>
      <w:r w:rsidRPr="008D3163">
        <w:rPr>
          <w:lang w:val="sv-SE"/>
        </w:rPr>
        <w:t>Önskat användarnamn &amp; lösenord till hemsidan *</w:t>
      </w:r>
    </w:p>
    <w:p w14:paraId="7012B59E" w14:textId="77777777" w:rsidR="00D535CD" w:rsidRPr="008D3163" w:rsidRDefault="00000000">
      <w:pPr>
        <w:rPr>
          <w:lang w:val="sv-SE"/>
        </w:rPr>
      </w:pPr>
      <w:r w:rsidRPr="008D3163">
        <w:rPr>
          <w:lang w:val="sv-SE"/>
        </w:rPr>
        <w:t>_____________________________________________________________</w:t>
      </w:r>
    </w:p>
    <w:p w14:paraId="18CE4F95" w14:textId="77777777" w:rsidR="00D535CD" w:rsidRPr="008D3163" w:rsidRDefault="00000000">
      <w:pPr>
        <w:rPr>
          <w:lang w:val="sv-SE"/>
        </w:rPr>
      </w:pPr>
      <w:r w:rsidRPr="008D3163">
        <w:rPr>
          <w:lang w:val="sv-SE"/>
        </w:rPr>
        <w:t>Format: Användare / Lösenord</w:t>
      </w:r>
    </w:p>
    <w:p w14:paraId="3E59997C" w14:textId="77777777" w:rsidR="00D535CD" w:rsidRPr="008D3163" w:rsidRDefault="00D535CD">
      <w:pPr>
        <w:rPr>
          <w:lang w:val="sv-SE"/>
        </w:rPr>
      </w:pPr>
    </w:p>
    <w:p w14:paraId="0E620FF4" w14:textId="77777777" w:rsidR="00D535CD" w:rsidRPr="008D3163" w:rsidRDefault="00000000">
      <w:pPr>
        <w:rPr>
          <w:lang w:val="sv-SE"/>
        </w:rPr>
      </w:pPr>
      <w:r w:rsidRPr="008D3163">
        <w:rPr>
          <w:lang w:val="sv-SE"/>
        </w:rPr>
        <w:t>Betalningsmetod samfällighetsavgift *</w:t>
      </w:r>
    </w:p>
    <w:p w14:paraId="630AB850" w14:textId="77777777" w:rsidR="00D535CD" w:rsidRPr="008D3163" w:rsidRDefault="00000000">
      <w:pPr>
        <w:rPr>
          <w:lang w:val="sv-SE"/>
        </w:rPr>
      </w:pPr>
      <w:r w:rsidRPr="008D3163">
        <w:rPr>
          <w:lang w:val="sv-SE"/>
        </w:rPr>
        <w:t>☐ E-faktura</w:t>
      </w:r>
    </w:p>
    <w:p w14:paraId="2D4DC981" w14:textId="77777777" w:rsidR="00D535CD" w:rsidRPr="008D3163" w:rsidRDefault="00000000">
      <w:pPr>
        <w:rPr>
          <w:lang w:val="sv-SE"/>
        </w:rPr>
      </w:pPr>
      <w:r w:rsidRPr="008D3163">
        <w:rPr>
          <w:lang w:val="sv-SE"/>
        </w:rPr>
        <w:t xml:space="preserve">☐ PDF via </w:t>
      </w:r>
      <w:proofErr w:type="gramStart"/>
      <w:r w:rsidRPr="008D3163">
        <w:rPr>
          <w:lang w:val="sv-SE"/>
        </w:rPr>
        <w:t>mail</w:t>
      </w:r>
      <w:proofErr w:type="gramEnd"/>
    </w:p>
    <w:p w14:paraId="1C3817AE" w14:textId="77777777" w:rsidR="00D535CD" w:rsidRPr="008D3163" w:rsidRDefault="00000000">
      <w:pPr>
        <w:rPr>
          <w:lang w:val="sv-SE"/>
        </w:rPr>
      </w:pPr>
      <w:r w:rsidRPr="008D3163">
        <w:rPr>
          <w:lang w:val="sv-SE"/>
        </w:rPr>
        <w:t>☐ Pappersfaktura i brevlådan (fakturaavgift 49:-)</w:t>
      </w:r>
    </w:p>
    <w:p w14:paraId="2EF1426F" w14:textId="77777777" w:rsidR="00D535CD" w:rsidRPr="008D3163" w:rsidRDefault="00000000">
      <w:pPr>
        <w:rPr>
          <w:lang w:val="sv-SE"/>
        </w:rPr>
      </w:pPr>
      <w:r w:rsidRPr="008D3163">
        <w:rPr>
          <w:lang w:val="sv-SE"/>
        </w:rPr>
        <w:br/>
        <w:t>Lämnas i postlådan vid lokalen: Röds Jupiterstig 27</w:t>
      </w:r>
    </w:p>
    <w:p w14:paraId="788E5617" w14:textId="77777777" w:rsidR="00D535CD" w:rsidRPr="008D3163" w:rsidRDefault="00000000">
      <w:pPr>
        <w:rPr>
          <w:lang w:val="sv-SE"/>
        </w:rPr>
      </w:pPr>
      <w:r w:rsidRPr="008D3163">
        <w:rPr>
          <w:lang w:val="sv-SE"/>
        </w:rPr>
        <w:t>Alternativt registrera uppgifterna digitalt via QR-koden eller länken.</w:t>
      </w:r>
    </w:p>
    <w:p w14:paraId="0789B249" w14:textId="77777777" w:rsidR="00D535CD" w:rsidRDefault="00000000">
      <w:pPr>
        <w:jc w:val="right"/>
      </w:pPr>
      <w:proofErr w:type="spellStart"/>
      <w:r>
        <w:rPr>
          <w:i/>
        </w:rPr>
        <w:t>Reviderad</w:t>
      </w:r>
      <w:proofErr w:type="spellEnd"/>
      <w:r>
        <w:rPr>
          <w:i/>
        </w:rPr>
        <w:t xml:space="preserve"> 2026-05-17</w:t>
      </w:r>
    </w:p>
    <w:sectPr w:rsidR="00D535CD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rerad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rerad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ktlist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ktlist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66556767">
    <w:abstractNumId w:val="8"/>
  </w:num>
  <w:num w:numId="2" w16cid:durableId="883756666">
    <w:abstractNumId w:val="6"/>
  </w:num>
  <w:num w:numId="3" w16cid:durableId="979771324">
    <w:abstractNumId w:val="5"/>
  </w:num>
  <w:num w:numId="4" w16cid:durableId="1069959728">
    <w:abstractNumId w:val="4"/>
  </w:num>
  <w:num w:numId="5" w16cid:durableId="1634554036">
    <w:abstractNumId w:val="7"/>
  </w:num>
  <w:num w:numId="6" w16cid:durableId="764806818">
    <w:abstractNumId w:val="3"/>
  </w:num>
  <w:num w:numId="7" w16cid:durableId="1392772025">
    <w:abstractNumId w:val="2"/>
  </w:num>
  <w:num w:numId="8" w16cid:durableId="702285420">
    <w:abstractNumId w:val="1"/>
  </w:num>
  <w:num w:numId="9" w16cid:durableId="1115252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7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8D3163"/>
    <w:rsid w:val="00AA1D8D"/>
    <w:rsid w:val="00B47730"/>
    <w:rsid w:val="00CB0664"/>
    <w:rsid w:val="00D535CD"/>
    <w:rsid w:val="00D66B55"/>
    <w:rsid w:val="00FB386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211EFA"/>
  <w14:defaultImageDpi w14:val="300"/>
  <w15:docId w15:val="{822AD984-FA0B-9940-A2F5-30B2C4D04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Rubrik1">
    <w:name w:val="heading 1"/>
    <w:basedOn w:val="Normal"/>
    <w:next w:val="Normal"/>
    <w:link w:val="Rubri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E618BF"/>
  </w:style>
  <w:style w:type="paragraph" w:styleId="Sidfot">
    <w:name w:val="footer"/>
    <w:basedOn w:val="Normal"/>
    <w:link w:val="Sidfo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E618BF"/>
  </w:style>
  <w:style w:type="paragraph" w:styleId="Ingetavstnd">
    <w:name w:val="No Spacing"/>
    <w:uiPriority w:val="1"/>
    <w:qFormat/>
    <w:rsid w:val="00FC693F"/>
    <w:pPr>
      <w:spacing w:after="0" w:line="240" w:lineRule="auto"/>
    </w:pPr>
  </w:style>
  <w:style w:type="character" w:customStyle="1" w:styleId="Rubrik1Char">
    <w:name w:val="Rubrik 1 Char"/>
    <w:basedOn w:val="Standardstycketeckensnitt"/>
    <w:link w:val="Rubri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Rubrik">
    <w:name w:val="Title"/>
    <w:basedOn w:val="Normal"/>
    <w:next w:val="Normal"/>
    <w:link w:val="Rubrik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RubrikChar">
    <w:name w:val="Rubrik Char"/>
    <w:basedOn w:val="Standardstycketeckensnitt"/>
    <w:link w:val="Rubrik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stycke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rdtext">
    <w:name w:val="Body Text"/>
    <w:basedOn w:val="Normal"/>
    <w:link w:val="BrdtextChar"/>
    <w:uiPriority w:val="99"/>
    <w:unhideWhenUsed/>
    <w:rsid w:val="00AA1D8D"/>
    <w:pPr>
      <w:spacing w:after="120"/>
    </w:pPr>
  </w:style>
  <w:style w:type="character" w:customStyle="1" w:styleId="BrdtextChar">
    <w:name w:val="Brödtext Char"/>
    <w:basedOn w:val="Standardstycketeckensnitt"/>
    <w:link w:val="Brdtext"/>
    <w:uiPriority w:val="99"/>
    <w:rsid w:val="00AA1D8D"/>
  </w:style>
  <w:style w:type="paragraph" w:styleId="Brdtext2">
    <w:name w:val="Body Text 2"/>
    <w:basedOn w:val="Normal"/>
    <w:link w:val="Brdtext2Char"/>
    <w:uiPriority w:val="99"/>
    <w:unhideWhenUsed/>
    <w:rsid w:val="00AA1D8D"/>
    <w:pPr>
      <w:spacing w:after="120" w:line="480" w:lineRule="auto"/>
    </w:pPr>
  </w:style>
  <w:style w:type="character" w:customStyle="1" w:styleId="Brdtext2Char">
    <w:name w:val="Brödtext 2 Char"/>
    <w:basedOn w:val="Standardstycketeckensnitt"/>
    <w:link w:val="Brdtext2"/>
    <w:uiPriority w:val="99"/>
    <w:rsid w:val="00AA1D8D"/>
  </w:style>
  <w:style w:type="paragraph" w:styleId="Brdtext3">
    <w:name w:val="Body Text 3"/>
    <w:basedOn w:val="Normal"/>
    <w:link w:val="Brd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rdtext3Char">
    <w:name w:val="Brödtext 3 Char"/>
    <w:basedOn w:val="Standardstycketeckensnitt"/>
    <w:link w:val="Brdtext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Punktlista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Punktlista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Punktlista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reradlist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reradlist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reradlist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fortstt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fortstt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fortstt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text">
    <w:name w:val="macro"/>
    <w:link w:val="Mak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xtChar">
    <w:name w:val="Makrotext Char"/>
    <w:basedOn w:val="Standardstycketeckensnitt"/>
    <w:link w:val="Makrotext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har"/>
    <w:uiPriority w:val="29"/>
    <w:qFormat/>
    <w:rsid w:val="00FC693F"/>
    <w:rPr>
      <w:i/>
      <w:iCs/>
      <w:color w:val="000000" w:themeColor="text1"/>
    </w:rPr>
  </w:style>
  <w:style w:type="character" w:customStyle="1" w:styleId="CitatChar">
    <w:name w:val="Citat Char"/>
    <w:basedOn w:val="Standardstycketeckensnitt"/>
    <w:link w:val="Citat"/>
    <w:uiPriority w:val="29"/>
    <w:rsid w:val="00FC693F"/>
    <w:rPr>
      <w:i/>
      <w:iCs/>
      <w:color w:val="000000" w:themeColor="text1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krivning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ark">
    <w:name w:val="Strong"/>
    <w:basedOn w:val="Standardstycketeckensnitt"/>
    <w:uiPriority w:val="22"/>
    <w:qFormat/>
    <w:rsid w:val="00FC693F"/>
    <w:rPr>
      <w:b/>
      <w:bCs/>
    </w:rPr>
  </w:style>
  <w:style w:type="character" w:styleId="Betoning">
    <w:name w:val="Emphasis"/>
    <w:basedOn w:val="Standardstycketeckensnitt"/>
    <w:uiPriority w:val="20"/>
    <w:qFormat/>
    <w:rsid w:val="00FC693F"/>
    <w:rPr>
      <w:i/>
      <w:iCs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FC693F"/>
    <w:rPr>
      <w:b/>
      <w:bCs/>
      <w:i/>
      <w:iCs/>
      <w:color w:val="4F81BD" w:themeColor="accent1"/>
    </w:rPr>
  </w:style>
  <w:style w:type="character" w:styleId="Diskretbetoning">
    <w:name w:val="Subtle Emphasis"/>
    <w:basedOn w:val="Standardstycketeckensnitt"/>
    <w:uiPriority w:val="19"/>
    <w:qFormat/>
    <w:rsid w:val="00FC693F"/>
    <w:rPr>
      <w:i/>
      <w:iCs/>
      <w:color w:val="808080" w:themeColor="text1" w:themeTint="7F"/>
    </w:rPr>
  </w:style>
  <w:style w:type="character" w:styleId="Starkbetoning">
    <w:name w:val="Intense Emphasis"/>
    <w:basedOn w:val="Standardstycketeckensnitt"/>
    <w:uiPriority w:val="21"/>
    <w:qFormat/>
    <w:rsid w:val="00FC693F"/>
    <w:rPr>
      <w:b/>
      <w:bCs/>
      <w:i/>
      <w:iCs/>
      <w:color w:val="4F81BD" w:themeColor="accent1"/>
    </w:rPr>
  </w:style>
  <w:style w:type="character" w:styleId="Diskretreferens">
    <w:name w:val="Subtle Reference"/>
    <w:basedOn w:val="Standardstycketeckensnitt"/>
    <w:uiPriority w:val="31"/>
    <w:qFormat/>
    <w:rsid w:val="00FC693F"/>
    <w:rPr>
      <w:smallCaps/>
      <w:color w:val="C0504D" w:themeColor="accent2"/>
      <w:u w:val="single"/>
    </w:rPr>
  </w:style>
  <w:style w:type="character" w:styleId="Starkreferens">
    <w:name w:val="Intense Reference"/>
    <w:basedOn w:val="Standardstycketeckensnit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kenstitel">
    <w:name w:val="Book Title"/>
    <w:basedOn w:val="Standardstycketeckensnitt"/>
    <w:uiPriority w:val="33"/>
    <w:qFormat/>
    <w:rsid w:val="00FC693F"/>
    <w:rPr>
      <w:b/>
      <w:bCs/>
      <w:smallCaps/>
      <w:spacing w:val="5"/>
    </w:rPr>
  </w:style>
  <w:style w:type="paragraph" w:styleId="Innehllsfrteckningsrubrik">
    <w:name w:val="TOC Heading"/>
    <w:basedOn w:val="Rubrik1"/>
    <w:next w:val="Normal"/>
    <w:uiPriority w:val="39"/>
    <w:semiHidden/>
    <w:unhideWhenUsed/>
    <w:qFormat/>
    <w:rsid w:val="00FC693F"/>
    <w:pPr>
      <w:outlineLvl w:val="9"/>
    </w:pPr>
  </w:style>
  <w:style w:type="table" w:styleId="Tabellrutnt">
    <w:name w:val="Table Grid"/>
    <w:basedOn w:val="Normaltabel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jusskuggning">
    <w:name w:val="Light Shading"/>
    <w:basedOn w:val="Normaltabel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jusskuggning-dekorfrg1">
    <w:name w:val="Light Shading Accent 1"/>
    <w:basedOn w:val="Normaltabel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jusskuggning-dekorfrg2">
    <w:name w:val="Light Shading Accent 2"/>
    <w:basedOn w:val="Normaltabel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jusskuggning-dekorfrg3">
    <w:name w:val="Light Shading Accent 3"/>
    <w:basedOn w:val="Normaltabel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jusskuggning-dekorfrg4">
    <w:name w:val="Light Shading Accent 4"/>
    <w:basedOn w:val="Normaltabel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jusskuggning-dekorfrg5">
    <w:name w:val="Light Shading Accent 5"/>
    <w:basedOn w:val="Normaltabel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jusskuggning-dekorfrg6">
    <w:name w:val="Light Shading Accent 6"/>
    <w:basedOn w:val="Normaltabel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juslista">
    <w:name w:val="Light List"/>
    <w:basedOn w:val="Normaltabel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juslista-dekorfrg1">
    <w:name w:val="Light List Accent 1"/>
    <w:basedOn w:val="Normaltabel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juslista-dekorfrg2">
    <w:name w:val="Light List Accent 2"/>
    <w:basedOn w:val="Normaltabel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juslista-dekorfrg3">
    <w:name w:val="Light List Accent 3"/>
    <w:basedOn w:val="Normaltabel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juslista-dekorfrg4">
    <w:name w:val="Light List Accent 4"/>
    <w:basedOn w:val="Normaltabel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juslista-dekorfrg5">
    <w:name w:val="Light List Accent 5"/>
    <w:basedOn w:val="Normaltabel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juslista-dekorfrg6">
    <w:name w:val="Light List Accent 6"/>
    <w:basedOn w:val="Normaltabel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justrutnt">
    <w:name w:val="Light Grid"/>
    <w:basedOn w:val="Normaltabel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justrutnt-dekorfrg1">
    <w:name w:val="Light Grid Accent 1"/>
    <w:basedOn w:val="Normaltabel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justrutnt-dekorfrg2">
    <w:name w:val="Light Grid Accent 2"/>
    <w:basedOn w:val="Normaltabel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justrutnt-dekorfrg3">
    <w:name w:val="Light Grid Accent 3"/>
    <w:basedOn w:val="Normaltabel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justrutnt-dekorfrg4">
    <w:name w:val="Light Grid Accent 4"/>
    <w:basedOn w:val="Normaltabel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justrutnt-dekorfrg5">
    <w:name w:val="Light Grid Accent 5"/>
    <w:basedOn w:val="Normaltabel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justrutnt-dekorfrg6">
    <w:name w:val="Light Grid Accent 6"/>
    <w:basedOn w:val="Normaltabel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llanmrkskuggning1">
    <w:name w:val="Medium Shading 1"/>
    <w:basedOn w:val="Normaltabel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1">
    <w:name w:val="Medium Shading 1 Accent 1"/>
    <w:basedOn w:val="Normaltabel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2">
    <w:name w:val="Medium Shading 1 Accent 2"/>
    <w:basedOn w:val="Normaltabel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3">
    <w:name w:val="Medium Shading 1 Accent 3"/>
    <w:basedOn w:val="Normaltabel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4">
    <w:name w:val="Medium Shading 1 Accent 4"/>
    <w:basedOn w:val="Normaltabel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5">
    <w:name w:val="Medium Shading 1 Accent 5"/>
    <w:basedOn w:val="Normaltabel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2">
    <w:name w:val="Medium Shading 2"/>
    <w:basedOn w:val="Normaltabel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1">
    <w:name w:val="Medium Shading 2 Accent 1"/>
    <w:basedOn w:val="Normaltabel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2">
    <w:name w:val="Medium Shading 2 Accent 2"/>
    <w:basedOn w:val="Normaltabel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3">
    <w:name w:val="Medium Shading 2 Accent 3"/>
    <w:basedOn w:val="Normaltabel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4">
    <w:name w:val="Medium Shading 2 Accent 4"/>
    <w:basedOn w:val="Normaltabel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5">
    <w:name w:val="Medium Shading 2 Accent 5"/>
    <w:basedOn w:val="Normaltabel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6">
    <w:name w:val="Medium Shading 2 Accent 6"/>
    <w:basedOn w:val="Normaltabel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lista1">
    <w:name w:val="Medium List 1"/>
    <w:basedOn w:val="Normaltabel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llanmrklista1-dekorfrg1">
    <w:name w:val="Medium List 1 Accent 1"/>
    <w:basedOn w:val="Normaltabel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llanmrklista1-dekorfrg2">
    <w:name w:val="Medium List 1 Accent 2"/>
    <w:basedOn w:val="Normaltabel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llanmrklista1-dekorfrg3">
    <w:name w:val="Medium List 1 Accent 3"/>
    <w:basedOn w:val="Normaltabel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llanmrklista1-dekorfrg4">
    <w:name w:val="Medium List 1 Accent 4"/>
    <w:basedOn w:val="Normaltabel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llanmrklista1-dekorfrg5">
    <w:name w:val="Medium List 1 Accent 5"/>
    <w:basedOn w:val="Normaltabel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llanmrklista1-dekorfrg6">
    <w:name w:val="Medium List 1 Accent 6"/>
    <w:basedOn w:val="Normaltabel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llanmrklista2">
    <w:name w:val="Medium List 2"/>
    <w:basedOn w:val="Normaltabel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1">
    <w:name w:val="Medium List 2 Accent 1"/>
    <w:basedOn w:val="Normaltabel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2">
    <w:name w:val="Medium List 2 Accent 2"/>
    <w:basedOn w:val="Normaltabel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3">
    <w:name w:val="Medium List 2 Accent 3"/>
    <w:basedOn w:val="Normaltabel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4">
    <w:name w:val="Medium List 2 Accent 4"/>
    <w:basedOn w:val="Normaltabel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5">
    <w:name w:val="Medium List 2 Accent 5"/>
    <w:basedOn w:val="Normaltabel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6">
    <w:name w:val="Medium List 2 Accent 6"/>
    <w:basedOn w:val="Normaltabel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trutnt1">
    <w:name w:val="Medium Grid 1"/>
    <w:basedOn w:val="Normaltabel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llanmrktrutnt1-dekorfrg1">
    <w:name w:val="Medium Grid 1 Accent 1"/>
    <w:basedOn w:val="Normaltabel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llanmrktrutnt1-dekorfrg2">
    <w:name w:val="Medium Grid 1 Accent 2"/>
    <w:basedOn w:val="Normaltabel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llanmrktrutnt1-dekorfrg3">
    <w:name w:val="Medium Grid 1 Accent 3"/>
    <w:basedOn w:val="Normaltabel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llanmrktrutnt1-dekorfrg4">
    <w:name w:val="Medium Grid 1 Accent 4"/>
    <w:basedOn w:val="Normaltabel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llanmrktrutnt1-dekorfrg5">
    <w:name w:val="Medium Grid 1 Accent 5"/>
    <w:basedOn w:val="Normaltabel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llanmrktrutnt1-dekorfrg6">
    <w:name w:val="Medium Grid 1 Accent 6"/>
    <w:basedOn w:val="Normaltabel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llanmrktrutnt2">
    <w:name w:val="Medium Grid 2"/>
    <w:basedOn w:val="Normaltabel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1">
    <w:name w:val="Medium Grid 2 Accent 1"/>
    <w:basedOn w:val="Normaltabel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2">
    <w:name w:val="Medium Grid 2 Accent 2"/>
    <w:basedOn w:val="Normaltabel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3">
    <w:name w:val="Medium Grid 2 Accent 3"/>
    <w:basedOn w:val="Normaltabel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4">
    <w:name w:val="Medium Grid 2 Accent 4"/>
    <w:basedOn w:val="Normaltabel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5">
    <w:name w:val="Medium Grid 2 Accent 5"/>
    <w:basedOn w:val="Normaltabel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6">
    <w:name w:val="Medium Grid 2 Accent 6"/>
    <w:basedOn w:val="Normaltabel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3">
    <w:name w:val="Medium Grid 3"/>
    <w:basedOn w:val="Normaltabel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llanmrktrutnt3-dekorfrg1">
    <w:name w:val="Medium Grid 3 Accent 1"/>
    <w:basedOn w:val="Normaltabel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llanmrktrutnt3-dekorfrg2">
    <w:name w:val="Medium Grid 3 Accent 2"/>
    <w:basedOn w:val="Normaltabel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llanmrktrutnt3-dekorfrg3">
    <w:name w:val="Medium Grid 3 Accent 3"/>
    <w:basedOn w:val="Normaltabel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llanmrktrutnt3-dekorfrg4">
    <w:name w:val="Medium Grid 3 Accent 4"/>
    <w:basedOn w:val="Normaltabel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llanmrktrutnt3-dekorfrg5">
    <w:name w:val="Medium Grid 3 Accent 5"/>
    <w:basedOn w:val="Normaltabel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llanmrktrutnt3-dekorfrg6">
    <w:name w:val="Medium Grid 3 Accent 6"/>
    <w:basedOn w:val="Normaltabel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rklista">
    <w:name w:val="Dark List"/>
    <w:basedOn w:val="Normaltabel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Mrklista-dekorfrg1">
    <w:name w:val="Dark List Accent 1"/>
    <w:basedOn w:val="Normaltabel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Mrklista-dekorfrg2">
    <w:name w:val="Dark List Accent 2"/>
    <w:basedOn w:val="Normaltabel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Mrklista-dekorfrg3">
    <w:name w:val="Dark List Accent 3"/>
    <w:basedOn w:val="Normaltabel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Mrklista-dekorfrg4">
    <w:name w:val="Dark List Accent 4"/>
    <w:basedOn w:val="Normaltabel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Mrklista-dekorfrg5">
    <w:name w:val="Dark List Accent 5"/>
    <w:basedOn w:val="Normaltabel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Mrklista-dekorfrg6">
    <w:name w:val="Dark List Accent 6"/>
    <w:basedOn w:val="Normaltabel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rgadskuggning">
    <w:name w:val="Colorful Shading"/>
    <w:basedOn w:val="Normaltabel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1">
    <w:name w:val="Colorful Shading Accent 1"/>
    <w:basedOn w:val="Normaltabel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2">
    <w:name w:val="Colorful Shading Accent 2"/>
    <w:basedOn w:val="Normaltabel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3">
    <w:name w:val="Colorful Shading Accent 3"/>
    <w:basedOn w:val="Normaltabel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rgadskuggning-dekorfrg4">
    <w:name w:val="Colorful Shading Accent 4"/>
    <w:basedOn w:val="Normaltabel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5">
    <w:name w:val="Colorful Shading Accent 5"/>
    <w:basedOn w:val="Normaltabel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6">
    <w:name w:val="Colorful Shading Accent 6"/>
    <w:basedOn w:val="Normaltabel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lista">
    <w:name w:val="Colorful List"/>
    <w:basedOn w:val="Normaltabel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rgadlista-dekorfrg1">
    <w:name w:val="Colorful List Accent 1"/>
    <w:basedOn w:val="Normaltabel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rgadlista-dekorfrg2">
    <w:name w:val="Colorful List Accent 2"/>
    <w:basedOn w:val="Normaltabel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rgadlista-dekorfrg3">
    <w:name w:val="Colorful List Accent 3"/>
    <w:basedOn w:val="Normaltabel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rgadlista-dekorfrg4">
    <w:name w:val="Colorful List Accent 4"/>
    <w:basedOn w:val="Normaltabel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rgadlista-dekorfrg5">
    <w:name w:val="Colorful List Accent 5"/>
    <w:basedOn w:val="Normaltabel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rgadlista-dekorfrg6">
    <w:name w:val="Colorful List Accent 6"/>
    <w:basedOn w:val="Normaltabel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rgatrutnt">
    <w:name w:val="Colorful Grid"/>
    <w:basedOn w:val="Normaltabel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rgatrutnt-dekorfrg1">
    <w:name w:val="Colorful Grid Accent 1"/>
    <w:basedOn w:val="Normaltabel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rgatrutnt-dekorfrg2">
    <w:name w:val="Colorful Grid Accent 2"/>
    <w:basedOn w:val="Normaltabel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rgatrutnt-dekorfrg3">
    <w:name w:val="Colorful Grid Accent 3"/>
    <w:basedOn w:val="Normaltabel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rgatrutnt-dekorfrg4">
    <w:name w:val="Colorful Grid Accent 4"/>
    <w:basedOn w:val="Normaltabel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rgatrutnt-dekorfrg5">
    <w:name w:val="Colorful Grid Accent 5"/>
    <w:basedOn w:val="Normaltabel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rgatrutnt-dekorfrg6">
    <w:name w:val="Colorful Grid Accent 6"/>
    <w:basedOn w:val="Normaltabel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436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2743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mike causil</cp:lastModifiedBy>
  <cp:revision>2</cp:revision>
  <dcterms:created xsi:type="dcterms:W3CDTF">2026-05-17T21:12:00Z</dcterms:created>
  <dcterms:modified xsi:type="dcterms:W3CDTF">2026-05-17T21:12:00Z</dcterms:modified>
  <cp:category/>
</cp:coreProperties>
</file>